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ניבים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 נפוצים ולהבין את משמעותם המושאלת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ניחוש פירוש ניב לפי ההקשר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בניבים במשפטים משלנו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פירוש הניב?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להתחיל שיחה בנעימות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לכעוס מאוד ולאבד שליטה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לדבר בכנות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לוותר ולהפסיק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הסיפור כולו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לקבל אישור להתחיל 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בניב יש משמעות מושאלת, שונה מהמילים עצמן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ההקשר עוזר לנחש את הפירוש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לניב יש משמעות מושאלת, לא רק מילולית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המשמעות המקובלת של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המשמעות המקובלת של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הכוונה שהדבר התיישן ולא רלוונטי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(להתחיל שיחה בנעימות)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(לכעוס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(לדבר בכנות)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(לוותר)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(לקבל אישור)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(להיות עצלן ולא לעזור)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 עם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מראה הבנה נכונה של משמעות הניב ומשתמש בו בהקשר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מסביר שניבים מעשירים את השפה ועוזרים להבין טקסטים ושיחות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שמילולית=המילים עצמן, מושאלת=המשמעות האמיתית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הניב והפירוש תואמים את 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שימוש במילים הסובבות ובמצב כדי לנחש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הלוח בקבוצות לפני מילוי הדף, כדי שהתלמידים יכירו את הניבים בצורה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להיעזר בדף הפירושים המלא בזמן העבודה על החלק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משפטים בכיתה וליצור דיון קצר על כל ניב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ניבים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ניב הוא ביטוי מיוחד. המילים אומרות דבר אחד, אבל הכוונה היא לדבר אחר. נלמד ניבים ונתרגל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שהמשמעות שלו שונה מהמילים עצמן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מילולית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שהמילים אומרות ממש, מילה במילה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מושאלת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המשמעות האמיתית והנסתרת של הניב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או המצב שבו משתמשים בניב, עוזר להבין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לנחש פירוש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ניב לפי המצב שבו הוא מופיע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לשים יד על הלב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שמשמעותו לדבר בכנות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קובייה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שמטילים אותו במשחק הלוח כדי להתקדם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פירוש הניב?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להתחיל שיחה בנעימות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לשבור חפץ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לקפוא 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בשלג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כשמישהו 'יוצא מהכלים'?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לכעוס מאוד ולאבד שליטה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 מהבית בלי 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לבשל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לעזוב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בכנות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יד על החזה מכאב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להישבע בבית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דופק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לוותר ולהפסיק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להצביע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עזרה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הסיפור כולו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מדובר ביער עם דובים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מישהו פגש דוב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הטיול בוטל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אישור להתחיל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לראות רמזור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לצבוע משהו בירוק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לקבל מתנה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ביטוי שיש להבין אותו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להבין ניב לפי ההקשר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ניב יש רק משמעות מילולית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'לשבת על הגדר' מתאר מישהו שלא מחליט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'לטמון יד בצלחת' מתאר מישהו עצלן שלא עוזר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'אבד עליו הכלח' מתאר דבר חדיש ומודרני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הניב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כשדן ראה את החידה הקשה הוא הרים __________ ונתן לחבר לנסות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הריב הגדול, אמא ואבא החליטו __________ את הקרח ולדבר בנחת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הוא כל כך כעס שהוא __________ מהכלים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המורה אמרה שהיא מדברת בכנות, יד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השמועה התבררה כשקר - לא דובים ולא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הפרויקט קיבל אור __________ מהמנהלת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ניב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להיות עצלן ולא לעזור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לצאת מהכלים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לקבל אישור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להתחיל שיחה בנעימות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להרים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לכעוס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לקבל אור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לוותר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לטמון יד בצלחת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לדבר בכנות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 עם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ניבים מתוך הרשימה וכתבו לכל אחד משפט משלכם שממחיש את המשמעות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להכיר ניבים בשפה העברית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משמעות מילולית למשמעות מושאלת בניב?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ניב אחד ואת פירושו הנכון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לנחש את משמעות הניב לפי ההקשר?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ניבים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