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נפוצים ולהבין את משמעותם המושאלת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ניחוש פירוש ניב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בניבים במשפטים משלנו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פירוש הניב?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להתחיל שיחה בנעימות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לכעוס מאוד ולאבד שליטה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בניב יש משמעות מושאלת, שונה מהמילים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ההקשר עוזר לנחש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המשמעות המקובלת של הניב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(להתחיל שיחה בנעימות)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(לכעוס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(לדבר בכנות)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(לוותר)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 עם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מראה הבנה נכונה של משמעות הניב ומשתמש בו בהקשר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שמילולית=המילים עצמן, מושאלת=המשמעות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הניב והפירוש תואמים את 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שימוש במילים הסובבות ובמצב כדי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הלוח בקבוצות לפני מילוי הדף, כדי שהתלמידים יכירו את הניבים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להיעזר בדף הפירושים המלא בזמן העבודה על החלק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משפטים בכיתה וליצור דיון קצר על כל ניב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ניבים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במסלול הניבים אתם פוגשים ניבים שונים בעברית – ביטויים קבועים שהמשמעות שלהם אינה המשמעות המילולית של המילים. בדף הזה נתרגל להבין, לזהות ולהשתמש בניבים.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יצא  ·  לשבור  ·  ידיים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פירוש הניב?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הניב 'לשבור את הקרח'?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להתחיל שיחה בנעימות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לשבור חפץ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לקפוא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הניב 'לצאת מהכלים'?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לכעוס מאוד ולאבד שליטה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לצאת מהבית בלי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לסיים לבשל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 הוא ביטוי שיש להבין אותו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להבין ניב לפי ההקשר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הניב 'לשבת על הגדר' מתאר מישהו שלא מחליט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כשדן ראה את החידה הקשה הוא הרים __________ ונתן לחבר לנסות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הריב הגדול, אמא ואבא החליטו __________ את הקרח ולדבר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הוא כל כך כעס שהוא __________ מהכלים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לכעוס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לצאת מהכלים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להתחיל שיחה בנעימות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להרים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לדבר בכנות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 עם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ניבים מתוך הרשימה וכתבו לכל אחד משפט משלכם שממחיש את המשמעות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משמעות מילולית למשמעות מושאלת בניב?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ניב אחד ואת פירושו הנכון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ניבים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